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מהפכה או חקיקה? שתי דרכי הסוציאליזם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הרקע להופעת הסוציאליזם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את המושגים בורגנות, פרולטריון ומלחמת מעמדות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הסוציאליזם המהפכני לסוציאל-דמוקרטיה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מפעלים, מכונות, קרקע וחומרי 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מהפכה של הפרולטריון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 דרכים שונות - מהפכנית ודמוקרטית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מרקס האמין במהפכה, לא בהדרגתיות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הסוציאל-דמוקרטיה לא ביקשה לבטל בעלות פרטית, רק לשנות דרך 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מאבק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(בעלי מפעלים והון)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(פועלים שכירים)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(מאבק בין מעמדות לפי מרקס)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(שינוי הדרגתי בחקיקה)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הכרונולוגיה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התעשייתית ומצוקת הפועלים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פרסום המניפסט הקומוניסטי (1848)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ייסוד האינטרנציונל הראשון (1864)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חוק ביטוח הבריאות בגרמניה (1883)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מאבק מתמיד בין המעמד השולט באמצעי הייצור לבין המעמד המנוצל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מעמד הפועלים השכירים שאין בבעלותם אמצעי 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איסור עבודת ילדים, ביטוח בריאות, הגבלת שעות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המהפכנית מבקשת שינוי בכוח וביטול בעלות פרטית, הדמוקרטית מבקשת שינוי הדרגתי דרך 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בתרחיש היום במפעל כדי ליצור הזדהות לפני הלימוד העיוני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להבהיר את ההבדל בין רעיון הסוציאליזם המהפכני של מרקס לבין המשטר הקומוניסטי שקם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הוויכוח המובנה מתאים לחלוקה לקבוצות עם זמן הכנה קצר וקריטריונים ברורים לשופטים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מהפכה או חקיקה? שתי דרכי הסוציאליזם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במאה ה-19 סבלו פועלים רבים מתנאי עבודה קשים. הסוציאליזם הציע שתי דרכים שונות לשינוי המצב - מהפכה או חקיקה הדרגתית.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פרולטריון  ·  בורגנות  ·  מאבק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היו בעלי אמצעי הייצור?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הפרולטריון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הבורגנות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האיכרים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מהם אמצעי ייצור?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שכר ומשכורות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מפעלים, מכונות, קרקע וחומרי גלם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מפלגות פוליטיות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דרך הציעו מרקס ואנגלס?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חקיקה הדרגתית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מהפכה של הפרולטריון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הסוציאליזם הוא רעיון אחד ואחיד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מרקס האמין שהשינוי יבוא בהדרגה בעזרת חוקים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הסוציאל-דמוקרטיה ביקשה לבטל לגמרי את הבעלות הפרטית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מעמד הפועלים השכירים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המעמד בעל ההון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לפי מרקס, ההיסטוריה היא __________ מתמיד בין מעמדות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בורגנות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מאבק בין מעמדות לפי מרקס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פרולטריון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שינוי הדרגתי בחקיקה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מלחמת מעמדות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בעלי מפעלים והון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סוציאל-דמוקרטיה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פועלים שכירים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הכרונולוגיה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חוק ביטוח הבריאות בגרמניה (1883)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ייסוד האינטרנציונל הראשון (1864)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פרסום המניפסט הקומוניסטי (1848)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המהפכה התעשייתית ומצוקת הפועלים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מהי מלחמת מעמדות לפי מרקס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פרולטריון?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דוגמה אחת לחקיקה סוציאלית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מהפכה או חקיקה? שתי דרכי הסוציאליזם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